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2DFEE" w14:textId="77777777" w:rsidR="00543748" w:rsidRDefault="000D1763">
      <w:pPr>
        <w:pStyle w:val="Title"/>
      </w:pPr>
      <w:r>
        <w:t>⚽</w:t>
      </w:r>
      <w:r>
        <w:t xml:space="preserve"> FOOTBALL READING CHALLENGE ⚽</w:t>
      </w:r>
    </w:p>
    <w:p w14:paraId="54258188" w14:textId="77777777" w:rsidR="00543748" w:rsidRDefault="000D1763">
      <w:pPr>
        <w:pStyle w:val="Heading1"/>
      </w:pPr>
      <w:r>
        <w:t>⚽</w:t>
      </w:r>
      <w:r>
        <w:t xml:space="preserve"> Welcome!</w:t>
      </w:r>
    </w:p>
    <w:p w14:paraId="3DE7109A" w14:textId="77777777" w:rsidR="00543748" w:rsidRDefault="000D1763">
      <w:r>
        <w:t>Join our World Cup themed reading challenge! Score goals with every book you read and lead your team to victory.</w:t>
      </w:r>
    </w:p>
    <w:p w14:paraId="6474C7BF" w14:textId="77777777" w:rsidR="00543748" w:rsidRDefault="000D1763">
      <w:pPr>
        <w:pStyle w:val="Heading1"/>
      </w:pPr>
      <w:r>
        <w:t>📋</w:t>
      </w:r>
      <w:r>
        <w:t xml:space="preserve"> How It Works</w:t>
      </w:r>
    </w:p>
    <w:p w14:paraId="6F1FE87D" w14:textId="77777777" w:rsidR="00543748" w:rsidRDefault="000D1763">
      <w:r>
        <w:t>• Read football or sport-themed books</w:t>
      </w:r>
      <w:r>
        <w:br/>
        <w:t>• Complete mini challenges</w:t>
      </w:r>
      <w:r>
        <w:br/>
        <w:t xml:space="preserve">• Earn goals </w:t>
      </w:r>
      <w:r>
        <w:t>(points)</w:t>
      </w:r>
      <w:r>
        <w:br/>
        <w:t>• Win rewards as you progress</w:t>
      </w:r>
    </w:p>
    <w:p w14:paraId="3626F826" w14:textId="77777777" w:rsidR="00543748" w:rsidRDefault="000D1763">
      <w:pPr>
        <w:pStyle w:val="Heading1"/>
      </w:pPr>
      <w:r>
        <w:t>📚</w:t>
      </w:r>
      <w:r>
        <w:t xml:space="preserve"> Reading Challenges</w:t>
      </w:r>
    </w:p>
    <w:p w14:paraId="100AA3A6" w14:textId="77777777" w:rsidR="00543748" w:rsidRDefault="000D1763">
      <w:r>
        <w:t>⚽</w:t>
      </w:r>
      <w:r>
        <w:t xml:space="preserve"> Read a football player biography</w:t>
      </w:r>
    </w:p>
    <w:p w14:paraId="0334C29E" w14:textId="77777777" w:rsidR="00543748" w:rsidRDefault="000D1763">
      <w:r>
        <w:t>⚽</w:t>
      </w:r>
      <w:r>
        <w:t xml:space="preserve"> Read a story set in a match</w:t>
      </w:r>
    </w:p>
    <w:p w14:paraId="1A1ADA6D" w14:textId="77777777" w:rsidR="00543748" w:rsidRDefault="000D1763">
      <w:r>
        <w:t>⚽</w:t>
      </w:r>
      <w:r>
        <w:t xml:space="preserve"> Read about World Cup history</w:t>
      </w:r>
    </w:p>
    <w:p w14:paraId="133A55D4" w14:textId="77777777" w:rsidR="00543748" w:rsidRDefault="000D1763">
      <w:r>
        <w:t>⚽</w:t>
      </w:r>
      <w:r>
        <w:t xml:space="preserve"> Read about teamwork</w:t>
      </w:r>
    </w:p>
    <w:p w14:paraId="3FFB6268" w14:textId="77777777" w:rsidR="00543748" w:rsidRDefault="000D1763">
      <w:r>
        <w:t>⚽</w:t>
      </w:r>
      <w:r>
        <w:t xml:space="preserve"> Read for 20 minutes a day for a week</w:t>
      </w:r>
    </w:p>
    <w:p w14:paraId="29FB190F" w14:textId="77777777" w:rsidR="00543748" w:rsidRDefault="000D1763">
      <w:pPr>
        <w:pStyle w:val="Heading1"/>
      </w:pPr>
      <w:r>
        <w:t>🗓</w:t>
      </w:r>
      <w:r>
        <w:t>️</w:t>
      </w:r>
      <w:r>
        <w:t xml:space="preserve"> Match Tracker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7537A" w:rsidRPr="00C7537A" w14:paraId="7DBDAD86" w14:textId="77777777" w:rsidTr="00C7537A">
        <w:tc>
          <w:tcPr>
            <w:tcW w:w="8856" w:type="dxa"/>
          </w:tcPr>
          <w:p w14:paraId="0050CC30" w14:textId="77777777" w:rsidR="00C7537A" w:rsidRPr="00C7537A" w:rsidRDefault="00C7537A" w:rsidP="00C7537A">
            <w:pPr>
              <w:rPr>
                <w:rFonts w:ascii="AngsanaUPC" w:hAnsi="AngsanaUPC" w:cs="AngsanaUPC" w:hint="cs"/>
              </w:rPr>
            </w:pPr>
            <w:r w:rsidRPr="00C7537A">
              <w:rPr>
                <w:rFonts w:ascii="AngsanaUPC" w:hAnsi="AngsanaUPC" w:cs="AngsanaUPC" w:hint="cs"/>
              </w:rPr>
              <w:br/>
            </w:r>
            <w:r w:rsidRPr="00C7537A">
              <w:rPr>
                <w:rFonts w:ascii="AngsanaUPC" w:hAnsi="AngsanaUPC" w:cs="AngsanaUPC" w:hint="cs"/>
              </w:rPr>
              <w:br/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25"/>
              <w:gridCol w:w="1725"/>
              <w:gridCol w:w="1725"/>
              <w:gridCol w:w="1725"/>
              <w:gridCol w:w="1725"/>
            </w:tblGrid>
            <w:tr w:rsidR="00C7537A" w:rsidRPr="00C7537A" w14:paraId="5684FB46" w14:textId="77777777" w:rsidTr="00C7537A">
              <w:tc>
                <w:tcPr>
                  <w:tcW w:w="1725" w:type="dxa"/>
                </w:tcPr>
                <w:p w14:paraId="32CE259B" w14:textId="338E1109" w:rsidR="00C7537A" w:rsidRPr="00C7537A" w:rsidRDefault="000D1763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 xml:space="preserve">Book </w:t>
                  </w:r>
                  <w:r w:rsidR="00C7537A">
                    <w:rPr>
                      <w:rFonts w:ascii="AngsanaUPC" w:hAnsi="AngsanaUPC" w:cs="AngsanaUPC"/>
                      <w:sz w:val="36"/>
                      <w:szCs w:val="36"/>
                    </w:rPr>
                    <w:t>Title</w:t>
                  </w:r>
                </w:p>
              </w:tc>
              <w:tc>
                <w:tcPr>
                  <w:tcW w:w="1725" w:type="dxa"/>
                </w:tcPr>
                <w:p w14:paraId="2985733E" w14:textId="659DE090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>Author</w:t>
                  </w:r>
                </w:p>
              </w:tc>
              <w:tc>
                <w:tcPr>
                  <w:tcW w:w="1725" w:type="dxa"/>
                </w:tcPr>
                <w:p w14:paraId="7FA2D362" w14:textId="2C46FD4F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>Date</w:t>
                  </w:r>
                </w:p>
              </w:tc>
              <w:tc>
                <w:tcPr>
                  <w:tcW w:w="1725" w:type="dxa"/>
                </w:tcPr>
                <w:p w14:paraId="249449D8" w14:textId="4E00309B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>Goals Scored</w:t>
                  </w:r>
                </w:p>
              </w:tc>
              <w:tc>
                <w:tcPr>
                  <w:tcW w:w="1725" w:type="dxa"/>
                </w:tcPr>
                <w:p w14:paraId="67E1A507" w14:textId="3AE262E2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>Signed</w:t>
                  </w:r>
                </w:p>
              </w:tc>
            </w:tr>
            <w:tr w:rsidR="00C7537A" w:rsidRPr="00C7537A" w14:paraId="57893ACD" w14:textId="77777777" w:rsidTr="00C7537A">
              <w:tc>
                <w:tcPr>
                  <w:tcW w:w="1725" w:type="dxa"/>
                </w:tcPr>
                <w:p w14:paraId="46A87E5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9032472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189A11A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9A38D7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27682EB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15A4F5B3" w14:textId="77777777" w:rsidTr="00C7537A">
              <w:tc>
                <w:tcPr>
                  <w:tcW w:w="1725" w:type="dxa"/>
                </w:tcPr>
                <w:p w14:paraId="46A1A49C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234E23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1D74741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3AD531F9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1FEB017E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4A0987CE" w14:textId="77777777" w:rsidTr="00C7537A">
              <w:tc>
                <w:tcPr>
                  <w:tcW w:w="1725" w:type="dxa"/>
                </w:tcPr>
                <w:p w14:paraId="74728CF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997081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21E6040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25F67CB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11DA9D7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685B28A1" w14:textId="77777777" w:rsidTr="00C7537A">
              <w:tc>
                <w:tcPr>
                  <w:tcW w:w="1725" w:type="dxa"/>
                </w:tcPr>
                <w:p w14:paraId="6AABB67C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5884AC4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74D21BF2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3B87124B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7D598FE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118F3A85" w14:textId="77777777" w:rsidTr="00C7537A">
              <w:tc>
                <w:tcPr>
                  <w:tcW w:w="1725" w:type="dxa"/>
                </w:tcPr>
                <w:p w14:paraId="0C3298F6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C22BB22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B71CFCF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83E047A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E3E92B7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7E181361" w14:textId="77777777" w:rsidTr="00C7537A">
              <w:tc>
                <w:tcPr>
                  <w:tcW w:w="1725" w:type="dxa"/>
                </w:tcPr>
                <w:p w14:paraId="3EC4B11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1ACAC91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7090B232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7A110F43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7B837B2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71B335A9" w14:textId="77777777" w:rsidTr="00C7537A">
              <w:tc>
                <w:tcPr>
                  <w:tcW w:w="1725" w:type="dxa"/>
                </w:tcPr>
                <w:p w14:paraId="7CAC6174" w14:textId="4614A248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 w:rsidRPr="00C7537A">
                    <w:rPr>
                      <w:rFonts w:ascii="AngsanaUPC" w:hAnsi="AngsanaUPC" w:cs="AngsanaUPC"/>
                      <w:sz w:val="36"/>
                      <w:szCs w:val="36"/>
                    </w:rPr>
                    <w:lastRenderedPageBreak/>
                    <w:t>Mini Challenge</w:t>
                  </w:r>
                </w:p>
              </w:tc>
              <w:tc>
                <w:tcPr>
                  <w:tcW w:w="1725" w:type="dxa"/>
                </w:tcPr>
                <w:p w14:paraId="7C238AA9" w14:textId="3B14606F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 w:rsidRPr="00C7537A">
                    <w:rPr>
                      <w:rFonts w:ascii="AngsanaUPC" w:hAnsi="AngsanaUPC" w:cs="AngsanaUPC"/>
                      <w:sz w:val="36"/>
                      <w:szCs w:val="36"/>
                    </w:rPr>
                    <w:t>Design a Kit</w:t>
                  </w:r>
                </w:p>
              </w:tc>
              <w:tc>
                <w:tcPr>
                  <w:tcW w:w="1725" w:type="dxa"/>
                </w:tcPr>
                <w:p w14:paraId="7A8B6868" w14:textId="17349C19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 w:rsidRPr="00C7537A">
                    <w:rPr>
                      <w:rFonts w:ascii="AngsanaUPC" w:hAnsi="AngsanaUPC" w:cs="AngsanaUPC"/>
                      <w:sz w:val="36"/>
                      <w:szCs w:val="36"/>
                    </w:rPr>
                    <w:t>Create a Chant</w:t>
                  </w:r>
                </w:p>
              </w:tc>
              <w:tc>
                <w:tcPr>
                  <w:tcW w:w="1725" w:type="dxa"/>
                </w:tcPr>
                <w:p w14:paraId="51315717" w14:textId="1B2EA42A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 w:rsidRPr="00C7537A">
                    <w:rPr>
                      <w:rFonts w:ascii="AngsanaUPC" w:hAnsi="AngsanaUPC" w:cs="AngsanaUPC"/>
                      <w:sz w:val="36"/>
                      <w:szCs w:val="36"/>
                    </w:rPr>
                    <w:t>Write a Match Report</w:t>
                  </w:r>
                </w:p>
              </w:tc>
              <w:tc>
                <w:tcPr>
                  <w:tcW w:w="1725" w:type="dxa"/>
                </w:tcPr>
                <w:p w14:paraId="6CE6EA30" w14:textId="39C3D47D" w:rsidR="00C7537A" w:rsidRPr="00C7537A" w:rsidRDefault="00C7537A" w:rsidP="00C7537A">
                  <w:pPr>
                    <w:rPr>
                      <w:rFonts w:ascii="AngsanaUPC" w:hAnsi="AngsanaUPC" w:cs="AngsanaUPC" w:hint="cs"/>
                      <w:sz w:val="36"/>
                      <w:szCs w:val="36"/>
                    </w:rPr>
                  </w:pPr>
                  <w:r>
                    <w:rPr>
                      <w:rFonts w:ascii="AngsanaUPC" w:hAnsi="AngsanaUPC" w:cs="AngsanaUPC"/>
                      <w:sz w:val="36"/>
                      <w:szCs w:val="36"/>
                    </w:rPr>
                    <w:t>Goals Scored</w:t>
                  </w:r>
                </w:p>
              </w:tc>
            </w:tr>
            <w:tr w:rsidR="00C7537A" w:rsidRPr="00C7537A" w14:paraId="358AF10C" w14:textId="77777777" w:rsidTr="00C7537A">
              <w:tc>
                <w:tcPr>
                  <w:tcW w:w="1725" w:type="dxa"/>
                </w:tcPr>
                <w:p w14:paraId="031E88E9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5771781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4CD86F0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5BBE4BD9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E70B98C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5E9C77E8" w14:textId="77777777" w:rsidTr="00C7537A">
              <w:tc>
                <w:tcPr>
                  <w:tcW w:w="1725" w:type="dxa"/>
                </w:tcPr>
                <w:p w14:paraId="2E4E3440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9373B6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6EE3163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1AE97670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9716781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1AF5C52B" w14:textId="77777777" w:rsidTr="00C7537A">
              <w:tc>
                <w:tcPr>
                  <w:tcW w:w="1725" w:type="dxa"/>
                </w:tcPr>
                <w:p w14:paraId="33B0FA6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7829284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573B90AB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329CB3C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156691D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6C6B9AB2" w14:textId="77777777" w:rsidTr="00C7537A">
              <w:tc>
                <w:tcPr>
                  <w:tcW w:w="1725" w:type="dxa"/>
                </w:tcPr>
                <w:p w14:paraId="6199B0DA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02277CE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55B0729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302E63E5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7EBB2446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208DDB54" w14:textId="77777777" w:rsidTr="00C7537A">
              <w:tc>
                <w:tcPr>
                  <w:tcW w:w="1725" w:type="dxa"/>
                </w:tcPr>
                <w:p w14:paraId="771A95DF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51F48BEA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DA86C3F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314D775E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03E919C2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3A580B41" w14:textId="77777777" w:rsidTr="00C7537A">
              <w:tc>
                <w:tcPr>
                  <w:tcW w:w="1725" w:type="dxa"/>
                </w:tcPr>
                <w:p w14:paraId="7D23F3AA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747ABE7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39AB388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0E6307D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39DEFB36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  <w:tr w:rsidR="00C7537A" w:rsidRPr="00C7537A" w14:paraId="01A5D7F7" w14:textId="77777777" w:rsidTr="00C7537A">
              <w:tc>
                <w:tcPr>
                  <w:tcW w:w="1725" w:type="dxa"/>
                </w:tcPr>
                <w:p w14:paraId="5EB47EC6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4D705AAE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6A539C80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24A7CBCB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  <w:tc>
                <w:tcPr>
                  <w:tcW w:w="1725" w:type="dxa"/>
                </w:tcPr>
                <w:p w14:paraId="5441F6CC" w14:textId="77777777" w:rsidR="00C7537A" w:rsidRPr="00C7537A" w:rsidRDefault="00C7537A" w:rsidP="00C7537A">
                  <w:pPr>
                    <w:rPr>
                      <w:rFonts w:ascii="AngsanaUPC" w:hAnsi="AngsanaUPC" w:cs="AngsanaUPC" w:hint="cs"/>
                    </w:rPr>
                  </w:pPr>
                </w:p>
              </w:tc>
            </w:tr>
          </w:tbl>
          <w:p w14:paraId="1A40F9D9" w14:textId="0769C900" w:rsidR="00C7537A" w:rsidRPr="00C7537A" w:rsidRDefault="00C7537A" w:rsidP="00C7537A">
            <w:pPr>
              <w:rPr>
                <w:rFonts w:ascii="AngsanaUPC" w:hAnsi="AngsanaUPC" w:cs="AngsanaUPC" w:hint="cs"/>
              </w:rPr>
            </w:pPr>
          </w:p>
          <w:p w14:paraId="04DBC267" w14:textId="51673AA0" w:rsidR="00C7537A" w:rsidRPr="00C7537A" w:rsidRDefault="00C7537A" w:rsidP="00937886">
            <w:pPr>
              <w:rPr>
                <w:rFonts w:ascii="AngsanaUPC" w:hAnsi="AngsanaUPC" w:cs="AngsanaUPC" w:hint="cs"/>
              </w:rPr>
            </w:pPr>
          </w:p>
        </w:tc>
      </w:tr>
    </w:tbl>
    <w:p w14:paraId="2753B331" w14:textId="77777777" w:rsidR="00543748" w:rsidRDefault="000D1763">
      <w:pPr>
        <w:pStyle w:val="Heading1"/>
      </w:pPr>
      <w:r>
        <w:lastRenderedPageBreak/>
        <w:t>🎯</w:t>
      </w:r>
      <w:r>
        <w:t xml:space="preserve"> Mini Challenges</w:t>
      </w:r>
    </w:p>
    <w:p w14:paraId="510E2D7A" w14:textId="77777777" w:rsidR="00543748" w:rsidRDefault="000D1763">
      <w:r>
        <w:t>🎨</w:t>
      </w:r>
      <w:r>
        <w:t xml:space="preserve"> Design a World Cup kit</w:t>
      </w:r>
      <w:r>
        <w:br/>
      </w:r>
      <w:r>
        <w:t>📝</w:t>
      </w:r>
      <w:r>
        <w:t xml:space="preserve"> Write a match report</w:t>
      </w:r>
      <w:r>
        <w:br/>
      </w:r>
      <w:r>
        <w:t>📣</w:t>
      </w:r>
      <w:r>
        <w:t xml:space="preserve"> Create a chant</w:t>
      </w:r>
    </w:p>
    <w:p w14:paraId="27F37085" w14:textId="77777777" w:rsidR="00543748" w:rsidRDefault="000D1763">
      <w:pPr>
        <w:pStyle w:val="Heading1"/>
      </w:pPr>
      <w:r>
        <w:t>🏆</w:t>
      </w:r>
      <w:r>
        <w:t xml:space="preserve"> Goal Rewards</w:t>
      </w:r>
    </w:p>
    <w:p w14:paraId="413077EE" w14:textId="77777777" w:rsidR="00543748" w:rsidRDefault="000D1763">
      <w:r>
        <w:t>5 books = Bronze</w:t>
      </w:r>
      <w:r>
        <w:br/>
        <w:t>10 books = Silver</w:t>
      </w:r>
      <w:r>
        <w:br/>
        <w:t>15 books = Gold</w:t>
      </w:r>
      <w:r>
        <w:br/>
        <w:t>World Cup Bonus = Extra prize!</w:t>
      </w:r>
    </w:p>
    <w:p w14:paraId="7B75C896" w14:textId="77777777" w:rsidR="00543748" w:rsidRDefault="000D1763">
      <w:pPr>
        <w:pStyle w:val="Heading1"/>
      </w:pPr>
      <w:r>
        <w:t>🌍</w:t>
      </w:r>
      <w:r>
        <w:t xml:space="preserve"> World Cup Mode</w:t>
      </w:r>
    </w:p>
    <w:p w14:paraId="709D2E9B" w14:textId="77777777" w:rsidR="00543748" w:rsidRDefault="000D1763">
      <w:r>
        <w:t>Read books about different countries. Each country = 1 goal! Try to complete your own World Cup journey.</w:t>
      </w:r>
    </w:p>
    <w:sectPr w:rsidR="0054374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2796658">
    <w:abstractNumId w:val="8"/>
  </w:num>
  <w:num w:numId="2" w16cid:durableId="264576738">
    <w:abstractNumId w:val="6"/>
  </w:num>
  <w:num w:numId="3" w16cid:durableId="1517039814">
    <w:abstractNumId w:val="5"/>
  </w:num>
  <w:num w:numId="4" w16cid:durableId="680358523">
    <w:abstractNumId w:val="4"/>
  </w:num>
  <w:num w:numId="5" w16cid:durableId="1962804287">
    <w:abstractNumId w:val="7"/>
  </w:num>
  <w:num w:numId="6" w16cid:durableId="138352038">
    <w:abstractNumId w:val="3"/>
  </w:num>
  <w:num w:numId="7" w16cid:durableId="1493713935">
    <w:abstractNumId w:val="2"/>
  </w:num>
  <w:num w:numId="8" w16cid:durableId="1156800400">
    <w:abstractNumId w:val="1"/>
  </w:num>
  <w:num w:numId="9" w16cid:durableId="687680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1763"/>
    <w:rsid w:val="0015074B"/>
    <w:rsid w:val="0029639D"/>
    <w:rsid w:val="00326F90"/>
    <w:rsid w:val="00543748"/>
    <w:rsid w:val="00AA1D8D"/>
    <w:rsid w:val="00B47730"/>
    <w:rsid w:val="00C7537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61B911"/>
  <w14:defaultImageDpi w14:val="300"/>
  <w15:docId w15:val="{DD2A4776-EE85-47A9-86B5-0B898471C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DA723A3303314E9FE7B9286E545A76" ma:contentTypeVersion="16" ma:contentTypeDescription="Create a new document." ma:contentTypeScope="" ma:versionID="f2298a5941af65a0997111a265aa9c7a">
  <xsd:schema xmlns:xsd="http://www.w3.org/2001/XMLSchema" xmlns:xs="http://www.w3.org/2001/XMLSchema" xmlns:p="http://schemas.microsoft.com/office/2006/metadata/properties" xmlns:ns3="a16ccab8-d637-4d60-990e-52f6b4d323f7" xmlns:ns4="cacfd40b-b27e-4f5b-be45-0e5dafff2ed5" targetNamespace="http://schemas.microsoft.com/office/2006/metadata/properties" ma:root="true" ma:fieldsID="90cac057c1c71a1b69b45a2cbfe547d0" ns3:_="" ns4:_="">
    <xsd:import namespace="a16ccab8-d637-4d60-990e-52f6b4d323f7"/>
    <xsd:import namespace="cacfd40b-b27e-4f5b-be45-0e5dafff2e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ccab8-d637-4d60-990e-52f6b4d323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fd40b-b27e-4f5b-be45-0e5dafff2ed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6ccab8-d637-4d60-990e-52f6b4d323f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B78B4F-B5F5-44ED-B5D8-63B028772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ccab8-d637-4d60-990e-52f6b4d323f7"/>
    <ds:schemaRef ds:uri="cacfd40b-b27e-4f5b-be45-0e5dafff2e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295BB1-872F-4ADA-9291-74BFB240E0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71ED5A-C14E-43A1-9B05-76FCE8557799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cacfd40b-b27e-4f5b-be45-0e5dafff2ed5"/>
    <ds:schemaRef ds:uri="http://purl.org/dc/elements/1.1/"/>
    <ds:schemaRef ds:uri="a16ccab8-d637-4d60-990e-52f6b4d323f7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 D. Hawgood</dc:creator>
  <cp:keywords/>
  <dc:description>generated by python-docx</dc:description>
  <cp:lastModifiedBy>Mrs. D. Hawgood</cp:lastModifiedBy>
  <cp:revision>2</cp:revision>
  <cp:lastPrinted>2026-06-01T10:56:00Z</cp:lastPrinted>
  <dcterms:created xsi:type="dcterms:W3CDTF">2026-06-01T10:56:00Z</dcterms:created>
  <dcterms:modified xsi:type="dcterms:W3CDTF">2026-06-01T10:56:00Z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0x01010089DA723A3303314E9FE7B9286E545A76</vt:lpwstr>
  </property>
</Properties>
</file>